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805D9" w14:textId="77777777" w:rsidR="000E1451" w:rsidRDefault="00F566F4">
      <w:pPr>
        <w:spacing w:after="40" w:line="240" w:lineRule="auto"/>
        <w:jc w:val="center"/>
      </w:pPr>
      <w:r>
        <w:rPr>
          <w:rFonts w:ascii="Arial" w:hAnsi="Arial"/>
          <w:color w:val="307597"/>
        </w:rPr>
        <w:t>East Alabama</w:t>
      </w:r>
      <w:r>
        <w:rPr>
          <w:rFonts w:ascii="Arial" w:hAnsi="Arial"/>
          <w:b/>
          <w:color w:val="00567D"/>
        </w:rPr>
        <w:br/>
        <w:t>Health</w:t>
      </w:r>
    </w:p>
    <w:p w14:paraId="4D151778" w14:textId="77777777" w:rsidR="000E1451" w:rsidRDefault="00F566F4">
      <w:pPr>
        <w:spacing w:after="40" w:line="240" w:lineRule="auto"/>
      </w:pPr>
      <w:r>
        <w:t>I hereby authorize East Alabama Medical Center/EAMC-Lanier to use, disclose and/or obtain my health information as follows (check all that apply):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69"/>
        <w:gridCol w:w="3269"/>
        <w:gridCol w:w="3269"/>
      </w:tblGrid>
      <w:tr w:rsidR="000E1451" w14:paraId="72CDFE26" w14:textId="77777777">
        <w:trPr>
          <w:jc w:val="center"/>
        </w:trPr>
        <w:tc>
          <w:tcPr>
            <w:tcW w:w="3269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3234EE" w14:textId="500DA510" w:rsidR="000E1451" w:rsidRDefault="00F566F4">
            <w:pPr>
              <w:spacing w:after="20" w:line="240" w:lineRule="auto"/>
            </w:pPr>
            <w:r>
              <w:fldChar w:fldCharType="begin">
                <w:ffData>
                  <w:name w:val="use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/>
              </w:rPr>
              <w:t>☒</w:t>
            </w:r>
            <w:r>
              <w:fldChar w:fldCharType="end"/>
            </w:r>
            <w:r>
              <w:t>Use the following health information maintained by East Alabama Medical Center/EAMC-Lanier</w:t>
            </w:r>
          </w:p>
        </w:tc>
        <w:tc>
          <w:tcPr>
            <w:tcW w:w="3269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A255C3C" w14:textId="77777777" w:rsidR="000E1451" w:rsidRDefault="00F566F4">
            <w:pPr>
              <w:spacing w:after="20" w:line="240" w:lineRule="auto"/>
            </w:pPr>
            <w:r>
              <w:fldChar w:fldCharType="begin">
                <w:ffData>
                  <w:name w:val="disclos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/>
              </w:rPr>
              <w:t>☐</w:t>
            </w:r>
            <w:r>
              <w:fldChar w:fldCharType="end"/>
            </w:r>
            <w:r>
              <w:t>Disclose the following health information to:</w:t>
            </w:r>
          </w:p>
          <w:p w14:paraId="16505878" w14:textId="77777777" w:rsidR="000E1451" w:rsidRDefault="00F566F4">
            <w:pPr>
              <w:spacing w:after="20" w:line="240" w:lineRule="auto"/>
            </w:pPr>
            <w:r>
              <w:fldChar w:fldCharType="begin">
                <w:ffData>
                  <w:name w:val="disclose_to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color w:val="5F5F5F"/>
              </w:rPr>
              <w:t>Enter name/organization</w:t>
            </w:r>
            <w:r>
              <w:fldChar w:fldCharType="end"/>
            </w:r>
          </w:p>
        </w:tc>
        <w:tc>
          <w:tcPr>
            <w:tcW w:w="3269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5EB1F0" w14:textId="77777777" w:rsidR="000E1451" w:rsidRDefault="00F566F4">
            <w:pPr>
              <w:spacing w:after="20" w:line="240" w:lineRule="auto"/>
            </w:pPr>
            <w:r>
              <w:fldChar w:fldCharType="begin">
                <w:ffData>
                  <w:name w:val="obt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/>
              </w:rPr>
              <w:t>☐</w:t>
            </w:r>
            <w:r>
              <w:fldChar w:fldCharType="end"/>
            </w:r>
            <w:r>
              <w:t>Obtain the following health information from:</w:t>
            </w:r>
          </w:p>
          <w:p w14:paraId="02DCFC76" w14:textId="77777777" w:rsidR="000E1451" w:rsidRDefault="00F566F4">
            <w:pPr>
              <w:spacing w:after="20" w:line="240" w:lineRule="auto"/>
            </w:pPr>
            <w:r>
              <w:fldChar w:fldCharType="begin">
                <w:ffData>
                  <w:name w:val="obtain_from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color w:val="5F5F5F"/>
              </w:rPr>
              <w:t>Enter name/organization</w:t>
            </w:r>
            <w:r>
              <w:fldChar w:fldCharType="end"/>
            </w:r>
          </w:p>
        </w:tc>
      </w:tr>
    </w:tbl>
    <w:p w14:paraId="639BFC5A" w14:textId="77777777" w:rsidR="000E1451" w:rsidRDefault="00F566F4">
      <w:pPr>
        <w:spacing w:after="40" w:line="240" w:lineRule="auto"/>
      </w:pPr>
      <w:r>
        <w:t>Specific description of the health information to be used/disclosed/obtained (include dates of service, type of service, etc.):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0E1451" w14:paraId="44483666" w14:textId="77777777">
        <w:trPr>
          <w:jc w:val="center"/>
        </w:trPr>
        <w:tc>
          <w:tcPr>
            <w:tcW w:w="9792" w:type="dxa"/>
            <w:shd w:val="clear" w:color="auto" w:fill="F4F8FA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22D05E6" w14:textId="77777777" w:rsidR="000E1451" w:rsidRDefault="00F566F4">
            <w:pPr>
              <w:spacing w:after="20" w:line="240" w:lineRule="auto"/>
            </w:pPr>
            <w:r>
              <w:fldChar w:fldCharType="begin">
                <w:ffData>
                  <w:name w:val="health_description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color w:val="5F5F5F"/>
              </w:rPr>
              <w:t>Click or tap here to enter text.</w:t>
            </w:r>
            <w:r>
              <w:fldChar w:fldCharType="end"/>
            </w:r>
            <w:r>
              <w:br/>
            </w:r>
          </w:p>
        </w:tc>
      </w:tr>
    </w:tbl>
    <w:p w14:paraId="215BCBFC" w14:textId="77777777" w:rsidR="000E1451" w:rsidRDefault="00F566F4">
      <w:pPr>
        <w:spacing w:after="40" w:line="240" w:lineRule="auto"/>
      </w:pPr>
      <w:r>
        <w:t>This health information is used/disclosed/obtained for the following purpose (if Authorization requested by the patient put: “At the request of the individual”):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0E1451" w14:paraId="68D8497E" w14:textId="77777777">
        <w:trPr>
          <w:jc w:val="center"/>
        </w:trPr>
        <w:tc>
          <w:tcPr>
            <w:tcW w:w="9792" w:type="dxa"/>
            <w:shd w:val="clear" w:color="auto" w:fill="F4F8FA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59AD4FB9" w14:textId="77777777" w:rsidR="000E1451" w:rsidRDefault="00F566F4">
            <w:pPr>
              <w:spacing w:after="20" w:line="240" w:lineRule="auto"/>
            </w:pPr>
            <w:r>
              <w:fldChar w:fldCharType="begin">
                <w:ffData>
                  <w:name w:val="purpose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color w:val="5F5F5F"/>
              </w:rPr>
              <w:t>Click or tap here to enter text.</w:t>
            </w:r>
            <w:r>
              <w:fldChar w:fldCharType="end"/>
            </w:r>
            <w:r>
              <w:br/>
            </w:r>
          </w:p>
        </w:tc>
      </w:tr>
    </w:tbl>
    <w:p w14:paraId="4C884615" w14:textId="77777777" w:rsidR="000E1451" w:rsidRDefault="00F566F4">
      <w:pPr>
        <w:spacing w:before="20" w:after="40" w:line="240" w:lineRule="auto"/>
      </w:pPr>
      <w:r>
        <w:t>I understand that this health information may include information regarding drugs and alcohol, human immunodeficiency virus test results and psychotherapy notes.</w:t>
      </w:r>
    </w:p>
    <w:p w14:paraId="22F56F45" w14:textId="60988718" w:rsidR="000E1451" w:rsidRDefault="00F566F4">
      <w:pPr>
        <w:spacing w:after="40" w:line="240" w:lineRule="auto"/>
      </w:pPr>
      <w:r>
        <w:t xml:space="preserve">If the disclosure is for marketing purposes, will East Alabama Medical Center/EAMC-Lanier directly or indirectly receive remuneration for the disclosure of health information? </w:t>
      </w:r>
      <w:r>
        <w:fldChar w:fldCharType="begin">
          <w:ffData>
            <w:name w:val="yes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rPr>
          <w:rFonts w:ascii="Arial" w:hAnsi="Arial"/>
        </w:rPr>
        <w:t>☐</w:t>
      </w:r>
      <w:r>
        <w:fldChar w:fldCharType="end"/>
      </w:r>
      <w:r>
        <w:t xml:space="preserve">Yes  </w:t>
      </w:r>
      <w:r>
        <w:fldChar w:fldCharType="begin">
          <w:ffData>
            <w:name w:val="no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rPr>
          <w:rFonts w:ascii="Arial" w:hAnsi="Arial"/>
        </w:rPr>
        <w:t>☐</w:t>
      </w:r>
      <w:r>
        <w:fldChar w:fldCharType="end"/>
      </w:r>
      <w:r>
        <w:t xml:space="preserve">No  </w:t>
      </w:r>
      <w:r>
        <w:fldChar w:fldCharType="begin">
          <w:ffData>
            <w:name w:val="na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rPr>
          <w:rFonts w:ascii="Arial" w:hAnsi="Arial"/>
        </w:rPr>
        <w:t>☒</w:t>
      </w:r>
      <w:r>
        <w:fldChar w:fldCharType="end"/>
      </w:r>
      <w:r>
        <w:t xml:space="preserve">N/A  </w:t>
      </w:r>
    </w:p>
    <w:p w14:paraId="3CBA632A" w14:textId="77777777" w:rsidR="000E1451" w:rsidRDefault="00F566F4">
      <w:pPr>
        <w:spacing w:before="20" w:after="40" w:line="240" w:lineRule="auto"/>
      </w:pPr>
      <w:r>
        <w:rPr>
          <w:b/>
        </w:rPr>
        <w:t>By providing this Authorization, I understand as follows:</w:t>
      </w:r>
    </w:p>
    <w:p w14:paraId="557B0578" w14:textId="77777777" w:rsidR="000E1451" w:rsidRDefault="00F566F4">
      <w:pPr>
        <w:spacing w:after="40" w:line="240" w:lineRule="auto"/>
        <w:ind w:left="230" w:hanging="230"/>
      </w:pPr>
      <w:r>
        <w:t>1. I understand that this Authorization is voluntary. I may refuse to sign this Authorization and my treatment and/or payment obligations will not be affected.</w:t>
      </w:r>
    </w:p>
    <w:p w14:paraId="6B8DA3CF" w14:textId="77777777" w:rsidR="000E1451" w:rsidRDefault="00F566F4">
      <w:pPr>
        <w:spacing w:after="40" w:line="240" w:lineRule="auto"/>
        <w:ind w:left="230" w:hanging="230"/>
      </w:pPr>
      <w:r>
        <w:t>2. I understand that the health information to be released may be subject to re-disclosure by the recipient of the health information and no longer protected by the Federal Privacy Rules.</w:t>
      </w:r>
    </w:p>
    <w:p w14:paraId="33D22686" w14:textId="77777777" w:rsidR="000E1451" w:rsidRDefault="00F566F4">
      <w:pPr>
        <w:spacing w:after="40" w:line="240" w:lineRule="auto"/>
        <w:ind w:left="230" w:hanging="230"/>
      </w:pPr>
      <w:r>
        <w:t>3. I understand that I may revoke this Authorization at any time by notifying East Alabama Medical Center/EAMC-Lanier in writing, but if I do, it will not have any effect on uses or disclosures prior to the receipt of the revocation.</w:t>
      </w:r>
    </w:p>
    <w:p w14:paraId="201CB2EE" w14:textId="77777777" w:rsidR="000E1451" w:rsidRDefault="00F566F4">
      <w:pPr>
        <w:spacing w:after="40" w:line="240" w:lineRule="auto"/>
        <w:ind w:left="230" w:hanging="230"/>
      </w:pPr>
      <w:r>
        <w:t>4. I understand that I will receive a copy of this Authorization form after I sign it.</w:t>
      </w:r>
    </w:p>
    <w:p w14:paraId="08091C8C" w14:textId="77777777" w:rsidR="000E1451" w:rsidRDefault="00F566F4">
      <w:pPr>
        <w:spacing w:after="40" w:line="240" w:lineRule="auto"/>
        <w:ind w:left="230" w:hanging="230"/>
      </w:pPr>
      <w:r>
        <w:t xml:space="preserve">5. I understand that this Authorization will expire on </w:t>
      </w:r>
      <w:r>
        <w:fldChar w:fldCharType="begin">
          <w:ffData>
            <w:name w:val="expiration_date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color w:val="5F5F5F"/>
        </w:rPr>
        <w:t>MM/DD/YR</w:t>
      </w:r>
      <w:r>
        <w:fldChar w:fldCharType="end"/>
      </w:r>
      <w:r>
        <w:t xml:space="preserve"> or upon the following event (if for research put “None” or “End of the research study”): </w:t>
      </w:r>
      <w:r>
        <w:fldChar w:fldCharType="begin">
          <w:ffData>
            <w:name w:val="expiration_event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color w:val="5F5F5F"/>
        </w:rPr>
        <w:t>Enter event</w:t>
      </w:r>
      <w:r>
        <w:fldChar w:fldCharType="end"/>
      </w:r>
    </w:p>
    <w:p w14:paraId="6098D04B" w14:textId="77777777" w:rsidR="000E1451" w:rsidRDefault="00F566F4">
      <w:pPr>
        <w:spacing w:after="40" w:line="240" w:lineRule="auto"/>
      </w:pPr>
      <w:r>
        <w:t>If an expiration date is not chosen, this Authorization will cease to be valid 90 days from the date of signature.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60"/>
        <w:gridCol w:w="2232"/>
      </w:tblGrid>
      <w:tr w:rsidR="000E1451" w14:paraId="0A866D78" w14:textId="77777777">
        <w:trPr>
          <w:jc w:val="center"/>
        </w:trPr>
        <w:tc>
          <w:tcPr>
            <w:tcW w:w="7560" w:type="dxa"/>
            <w:tcBorders>
              <w:bottom w:val="single" w:sz="6" w:space="0" w:color="666666"/>
            </w:tcBorders>
            <w:tcMar>
              <w:top w:w="25" w:type="dxa"/>
              <w:left w:w="20" w:type="dxa"/>
              <w:bottom w:w="10" w:type="dxa"/>
              <w:right w:w="20" w:type="dxa"/>
            </w:tcMar>
          </w:tcPr>
          <w:p w14:paraId="617BB83E" w14:textId="561284FB" w:rsidR="000E1451" w:rsidRDefault="00F566F4">
            <w:pPr>
              <w:spacing w:after="20" w:line="240" w:lineRule="auto"/>
            </w:pPr>
            <w:r>
              <w:fldChar w:fldCharType="begin">
                <w:ffData>
                  <w:name w:val="patient_signature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>
              <w:fldChar w:fldCharType="end"/>
            </w:r>
          </w:p>
        </w:tc>
        <w:tc>
          <w:tcPr>
            <w:tcW w:w="2232" w:type="dxa"/>
            <w:tcBorders>
              <w:bottom w:val="single" w:sz="6" w:space="0" w:color="666666"/>
            </w:tcBorders>
            <w:tcMar>
              <w:top w:w="25" w:type="dxa"/>
              <w:left w:w="20" w:type="dxa"/>
              <w:bottom w:w="10" w:type="dxa"/>
              <w:right w:w="20" w:type="dxa"/>
            </w:tcMar>
          </w:tcPr>
          <w:p w14:paraId="62580B0C" w14:textId="091C69A7" w:rsidR="000E1451" w:rsidRDefault="00F566F4">
            <w:pPr>
              <w:spacing w:after="20" w:line="240" w:lineRule="auto"/>
            </w:pPr>
            <w:r>
              <w:fldChar w:fldCharType="begin">
                <w:ffData>
                  <w:name w:val="patient_date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>
              <w:fldChar w:fldCharType="end"/>
            </w:r>
          </w:p>
        </w:tc>
      </w:tr>
      <w:tr w:rsidR="000E1451" w14:paraId="37AA5B9A" w14:textId="77777777">
        <w:trPr>
          <w:jc w:val="center"/>
        </w:trPr>
        <w:tc>
          <w:tcPr>
            <w:tcW w:w="7560" w:type="dxa"/>
          </w:tcPr>
          <w:p w14:paraId="62223928" w14:textId="77777777" w:rsidR="000E1451" w:rsidRDefault="00F566F4">
            <w:pPr>
              <w:spacing w:after="20" w:line="240" w:lineRule="auto"/>
              <w:jc w:val="center"/>
            </w:pPr>
            <w:r>
              <w:t>Signature of Patient or Patient’s Representative</w:t>
            </w:r>
          </w:p>
        </w:tc>
        <w:tc>
          <w:tcPr>
            <w:tcW w:w="2232" w:type="dxa"/>
          </w:tcPr>
          <w:p w14:paraId="55F7A5F2" w14:textId="77777777" w:rsidR="000E1451" w:rsidRDefault="00F566F4">
            <w:pPr>
              <w:spacing w:after="20" w:line="240" w:lineRule="auto"/>
              <w:jc w:val="center"/>
            </w:pPr>
            <w:r>
              <w:t>Date</w:t>
            </w:r>
          </w:p>
        </w:tc>
      </w:tr>
      <w:tr w:rsidR="000E1451" w14:paraId="0CCE3930" w14:textId="77777777">
        <w:trPr>
          <w:jc w:val="center"/>
        </w:trPr>
        <w:tc>
          <w:tcPr>
            <w:tcW w:w="7560" w:type="dxa"/>
            <w:tcBorders>
              <w:bottom w:val="single" w:sz="6" w:space="0" w:color="666666"/>
            </w:tcBorders>
            <w:tcMar>
              <w:top w:w="25" w:type="dxa"/>
              <w:left w:w="20" w:type="dxa"/>
              <w:bottom w:w="10" w:type="dxa"/>
              <w:right w:w="20" w:type="dxa"/>
            </w:tcMar>
          </w:tcPr>
          <w:p w14:paraId="1D88F8F7" w14:textId="37D96208" w:rsidR="000E1451" w:rsidRDefault="00F566F4">
            <w:pPr>
              <w:spacing w:after="20" w:line="240" w:lineRule="auto"/>
            </w:pPr>
            <w:r>
              <w:fldChar w:fldCharType="begin">
                <w:ffData>
                  <w:name w:val="rep_signature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>
              <w:fldChar w:fldCharType="end"/>
            </w:r>
          </w:p>
        </w:tc>
        <w:tc>
          <w:tcPr>
            <w:tcW w:w="2232" w:type="dxa"/>
            <w:tcBorders>
              <w:bottom w:val="single" w:sz="6" w:space="0" w:color="666666"/>
            </w:tcBorders>
            <w:tcMar>
              <w:top w:w="25" w:type="dxa"/>
              <w:left w:w="20" w:type="dxa"/>
              <w:bottom w:w="10" w:type="dxa"/>
              <w:right w:w="20" w:type="dxa"/>
            </w:tcMar>
          </w:tcPr>
          <w:p w14:paraId="2AC3E34A" w14:textId="08A3C6B6" w:rsidR="000E1451" w:rsidRDefault="00F566F4">
            <w:pPr>
              <w:spacing w:after="20" w:line="240" w:lineRule="auto"/>
            </w:pPr>
            <w:r>
              <w:fldChar w:fldCharType="begin">
                <w:ffData>
                  <w:name w:val="rep_date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 w:rsidR="00717C63">
              <w:t> </w:t>
            </w:r>
            <w:r>
              <w:fldChar w:fldCharType="end"/>
            </w:r>
          </w:p>
        </w:tc>
      </w:tr>
      <w:tr w:rsidR="000E1451" w14:paraId="2D8F7DD1" w14:textId="77777777">
        <w:trPr>
          <w:jc w:val="center"/>
        </w:trPr>
        <w:tc>
          <w:tcPr>
            <w:tcW w:w="7560" w:type="dxa"/>
          </w:tcPr>
          <w:p w14:paraId="5E74A5FA" w14:textId="77777777" w:rsidR="000E1451" w:rsidRDefault="00F566F4">
            <w:pPr>
              <w:spacing w:after="20" w:line="240" w:lineRule="auto"/>
              <w:jc w:val="center"/>
            </w:pPr>
            <w:r>
              <w:t>Representative’s Signature of Patient</w:t>
            </w:r>
          </w:p>
        </w:tc>
        <w:tc>
          <w:tcPr>
            <w:tcW w:w="2232" w:type="dxa"/>
          </w:tcPr>
          <w:p w14:paraId="3C1042DC" w14:textId="77777777" w:rsidR="000E1451" w:rsidRDefault="00F566F4">
            <w:pPr>
              <w:spacing w:after="20" w:line="240" w:lineRule="auto"/>
              <w:jc w:val="center"/>
            </w:pPr>
            <w:r>
              <w:t>Date</w:t>
            </w:r>
          </w:p>
        </w:tc>
      </w:tr>
    </w:tbl>
    <w:p w14:paraId="74DA8F24" w14:textId="77777777" w:rsidR="000E1451" w:rsidRDefault="00F566F4">
      <w:pPr>
        <w:spacing w:before="20" w:after="40" w:line="240" w:lineRule="auto"/>
        <w:jc w:val="center"/>
      </w:pPr>
      <w:r>
        <w:rPr>
          <w:rFonts w:ascii="Arial" w:hAnsi="Arial"/>
          <w:i/>
          <w:color w:val="5A5A5A"/>
        </w:rPr>
        <w:t>Protected fillable form: complete only the designated fields and checkboxes.</w:t>
      </w:r>
    </w:p>
    <w:sectPr w:rsidR="000E1451" w:rsidSect="00034616">
      <w:pgSz w:w="12240" w:h="15840"/>
      <w:pgMar w:top="461" w:right="835" w:bottom="46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8746414">
    <w:abstractNumId w:val="8"/>
  </w:num>
  <w:num w:numId="2" w16cid:durableId="1215384563">
    <w:abstractNumId w:val="6"/>
  </w:num>
  <w:num w:numId="3" w16cid:durableId="1717583171">
    <w:abstractNumId w:val="5"/>
  </w:num>
  <w:num w:numId="4" w16cid:durableId="1549144837">
    <w:abstractNumId w:val="4"/>
  </w:num>
  <w:num w:numId="5" w16cid:durableId="110825239">
    <w:abstractNumId w:val="7"/>
  </w:num>
  <w:num w:numId="6" w16cid:durableId="501744732">
    <w:abstractNumId w:val="3"/>
  </w:num>
  <w:num w:numId="7" w16cid:durableId="1883588058">
    <w:abstractNumId w:val="2"/>
  </w:num>
  <w:num w:numId="8" w16cid:durableId="1731489855">
    <w:abstractNumId w:val="1"/>
  </w:num>
  <w:num w:numId="9" w16cid:durableId="149025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1451"/>
    <w:rsid w:val="0015074B"/>
    <w:rsid w:val="0029639D"/>
    <w:rsid w:val="00326F90"/>
    <w:rsid w:val="003B3D12"/>
    <w:rsid w:val="00701A99"/>
    <w:rsid w:val="00717C63"/>
    <w:rsid w:val="00AA1D8D"/>
    <w:rsid w:val="00B47730"/>
    <w:rsid w:val="00B62F40"/>
    <w:rsid w:val="00C913D8"/>
    <w:rsid w:val="00CB0664"/>
    <w:rsid w:val="00F566F4"/>
    <w:rsid w:val="00FC693F"/>
    <w:rsid w:val="00FF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A831F74-0F56-4B2F-85DA-697E72CF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2189</Characters>
  <Application>Microsoft Office Word</Application>
  <DocSecurity>0</DocSecurity>
  <Lines>53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EAH Research HIPAA Authorization - Fillable Form</dc:title>
  <dc:subject/>
  <dc:creator>Abigail Winn</dc:creator>
  <cp:keywords/>
  <dc:description>generated by python-docx</dc:description>
  <cp:lastModifiedBy>Abigail Winn</cp:lastModifiedBy>
  <cp:revision>3</cp:revision>
  <dcterms:created xsi:type="dcterms:W3CDTF">2026-10-08T16:04:00Z</dcterms:created>
  <dcterms:modified xsi:type="dcterms:W3CDTF">2026-10-08T16:06:00Z</dcterms:modified>
  <cp:category/>
</cp:coreProperties>
</file>